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376" w:rsidRDefault="00735376" w:rsidP="005815C0">
      <w:pPr>
        <w:snapToGrid w:val="0"/>
        <w:spacing w:after="0" w:line="240" w:lineRule="auto"/>
        <w:ind w:firstLineChars="1860" w:firstLine="4468"/>
        <w:rPr>
          <w:rFonts w:ascii="標楷體" w:eastAsia="標楷體" w:hAnsi="標楷體"/>
          <w:b/>
          <w:sz w:val="24"/>
          <w:szCs w:val="24"/>
          <w:lang w:eastAsia="zh-TW"/>
        </w:rPr>
      </w:pPr>
    </w:p>
    <w:p w:rsidR="00735376" w:rsidRPr="005815C0" w:rsidRDefault="00735376" w:rsidP="005815C0">
      <w:pPr>
        <w:snapToGrid w:val="0"/>
        <w:spacing w:after="0" w:line="240" w:lineRule="auto"/>
        <w:ind w:firstLineChars="1860" w:firstLine="4468"/>
        <w:rPr>
          <w:rFonts w:ascii="標楷體" w:eastAsia="標楷體" w:hAnsi="標楷體"/>
          <w:b/>
          <w:sz w:val="24"/>
          <w:szCs w:val="24"/>
          <w:lang w:eastAsia="zh-TW"/>
        </w:rPr>
      </w:pPr>
    </w:p>
    <w:p w:rsidR="009F4041" w:rsidRPr="00130337" w:rsidRDefault="00735376" w:rsidP="00F05A01">
      <w:pPr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  <w:r w:rsidRPr="00735376">
        <w:rPr>
          <w:rFonts w:ascii="標楷體" w:eastAsia="標楷體" w:hAnsi="標楷體" w:hint="eastAsia"/>
          <w:sz w:val="24"/>
          <w:szCs w:val="24"/>
          <w:bdr w:val="single" w:sz="4" w:space="0" w:color="auto"/>
          <w:lang w:eastAsia="zh-TW"/>
        </w:rPr>
        <w:t>附件</w:t>
      </w:r>
      <w:r w:rsidR="0069284F" w:rsidRPr="00130337">
        <w:rPr>
          <w:rFonts w:ascii="標楷體" w:eastAsia="標楷體" w:hAnsi="標楷體"/>
          <w:sz w:val="24"/>
          <w:szCs w:val="24"/>
          <w:lang w:eastAsia="zh-TW"/>
        </w:rPr>
        <w:t>教師節創作競賽作品資料表</w:t>
      </w:r>
    </w:p>
    <w:tbl>
      <w:tblPr>
        <w:tblStyle w:val="aff2"/>
        <w:tblW w:w="5000" w:type="pct"/>
        <w:jc w:val="center"/>
        <w:tblLook w:val="04A0" w:firstRow="1" w:lastRow="0" w:firstColumn="1" w:lastColumn="0" w:noHBand="0" w:noVBand="1"/>
      </w:tblPr>
      <w:tblGrid>
        <w:gridCol w:w="1571"/>
        <w:gridCol w:w="3203"/>
        <w:gridCol w:w="1326"/>
        <w:gridCol w:w="4678"/>
      </w:tblGrid>
      <w:tr w:rsidR="009F4041" w:rsidRPr="00130337" w:rsidTr="005815C0">
        <w:trPr>
          <w:jc w:val="center"/>
        </w:trPr>
        <w:tc>
          <w:tcPr>
            <w:tcW w:w="7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041" w:rsidRPr="00130337" w:rsidRDefault="0069284F" w:rsidP="005815C0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參賽組別</w:t>
            </w:r>
            <w:proofErr w:type="spellEnd"/>
          </w:p>
        </w:tc>
        <w:tc>
          <w:tcPr>
            <w:tcW w:w="4271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041" w:rsidRPr="00130337" w:rsidRDefault="0069284F" w:rsidP="00F05A01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>□感恩卡設計組　□教師節海報設計組　□漫畫創作組</w:t>
            </w:r>
            <w:r w:rsidR="005815C0"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　□</w:t>
            </w:r>
            <w:r w:rsidR="005815C0" w:rsidRPr="005815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教師節徵文組</w:t>
            </w:r>
          </w:p>
        </w:tc>
      </w:tr>
      <w:tr w:rsidR="009F4041" w:rsidRPr="00130337" w:rsidTr="005815C0">
        <w:trPr>
          <w:jc w:val="center"/>
        </w:trPr>
        <w:tc>
          <w:tcPr>
            <w:tcW w:w="7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041" w:rsidRPr="00130337" w:rsidRDefault="0069284F" w:rsidP="005815C0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作品名稱</w:t>
            </w:r>
            <w:proofErr w:type="spellEnd"/>
          </w:p>
        </w:tc>
        <w:tc>
          <w:tcPr>
            <w:tcW w:w="148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041" w:rsidRPr="00130337" w:rsidRDefault="009F4041" w:rsidP="00F05A01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041" w:rsidRPr="00130337" w:rsidRDefault="0069284F" w:rsidP="005815C0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班級</w:t>
            </w:r>
            <w:proofErr w:type="spellEnd"/>
          </w:p>
        </w:tc>
        <w:tc>
          <w:tcPr>
            <w:tcW w:w="217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041" w:rsidRPr="00130337" w:rsidRDefault="009F4041" w:rsidP="00F05A01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9F4041" w:rsidRPr="00130337" w:rsidTr="005815C0">
        <w:trPr>
          <w:jc w:val="center"/>
        </w:trPr>
        <w:tc>
          <w:tcPr>
            <w:tcW w:w="7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041" w:rsidRPr="00130337" w:rsidRDefault="0069284F" w:rsidP="005815C0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參賽方式</w:t>
            </w:r>
            <w:proofErr w:type="spellEnd"/>
          </w:p>
        </w:tc>
        <w:tc>
          <w:tcPr>
            <w:tcW w:w="148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041" w:rsidRPr="00130337" w:rsidRDefault="0069284F" w:rsidP="00F05A01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>□個人　□小組</w:t>
            </w:r>
            <w:r w:rsidRPr="005815C0">
              <w:rPr>
                <w:rFonts w:ascii="標楷體" w:eastAsia="標楷體" w:hAnsi="標楷體"/>
                <w:w w:val="80"/>
                <w:sz w:val="24"/>
                <w:szCs w:val="24"/>
                <w:lang w:eastAsia="zh-TW"/>
              </w:rPr>
              <w:t>（2～4人）</w:t>
            </w:r>
          </w:p>
        </w:tc>
        <w:tc>
          <w:tcPr>
            <w:tcW w:w="61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041" w:rsidRPr="00130337" w:rsidRDefault="0069284F" w:rsidP="005815C0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作品尺寸</w:t>
            </w:r>
            <w:proofErr w:type="spellEnd"/>
          </w:p>
        </w:tc>
        <w:tc>
          <w:tcPr>
            <w:tcW w:w="217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F4041" w:rsidRPr="00130337" w:rsidRDefault="0069284F" w:rsidP="00F05A01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>□A5卡片　□四開　□八開</w:t>
            </w:r>
            <w:r w:rsidR="005815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　</w:t>
            </w:r>
            <w:r w:rsidR="005815C0"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="005815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A4文件</w:t>
            </w:r>
          </w:p>
        </w:tc>
      </w:tr>
      <w:tr w:rsidR="005815C0" w:rsidRPr="00130337" w:rsidTr="005815C0">
        <w:trPr>
          <w:jc w:val="center"/>
        </w:trPr>
        <w:tc>
          <w:tcPr>
            <w:tcW w:w="7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15C0" w:rsidRPr="00130337" w:rsidRDefault="005815C0" w:rsidP="005815C0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作者一</w:t>
            </w:r>
            <w:proofErr w:type="spellEnd"/>
          </w:p>
        </w:tc>
        <w:tc>
          <w:tcPr>
            <w:tcW w:w="148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15C0" w:rsidRPr="00130337" w:rsidRDefault="005815C0" w:rsidP="005815C0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姓名：　　　　</w:t>
            </w: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座號：　　　</w:t>
            </w:r>
          </w:p>
        </w:tc>
        <w:tc>
          <w:tcPr>
            <w:tcW w:w="61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15C0" w:rsidRPr="00130337" w:rsidRDefault="005815C0" w:rsidP="005815C0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作者二</w:t>
            </w:r>
            <w:proofErr w:type="spellEnd"/>
          </w:p>
        </w:tc>
        <w:tc>
          <w:tcPr>
            <w:tcW w:w="217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15C0" w:rsidRPr="00130337" w:rsidRDefault="005815C0" w:rsidP="005815C0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姓名：　　　　</w:t>
            </w: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座號：　　　</w:t>
            </w:r>
          </w:p>
        </w:tc>
      </w:tr>
      <w:tr w:rsidR="005815C0" w:rsidRPr="00130337" w:rsidTr="005815C0">
        <w:trPr>
          <w:jc w:val="center"/>
        </w:trPr>
        <w:tc>
          <w:tcPr>
            <w:tcW w:w="7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15C0" w:rsidRPr="00130337" w:rsidRDefault="005815C0" w:rsidP="005815C0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作者三</w:t>
            </w:r>
            <w:proofErr w:type="spellEnd"/>
          </w:p>
        </w:tc>
        <w:tc>
          <w:tcPr>
            <w:tcW w:w="148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15C0" w:rsidRPr="00130337" w:rsidRDefault="005815C0" w:rsidP="005815C0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姓名：　　　　</w:t>
            </w: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座號：　　　</w:t>
            </w:r>
          </w:p>
        </w:tc>
        <w:tc>
          <w:tcPr>
            <w:tcW w:w="61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15C0" w:rsidRPr="00130337" w:rsidRDefault="005815C0" w:rsidP="005815C0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作者四</w:t>
            </w:r>
            <w:proofErr w:type="spellEnd"/>
          </w:p>
        </w:tc>
        <w:tc>
          <w:tcPr>
            <w:tcW w:w="217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15C0" w:rsidRPr="00130337" w:rsidRDefault="005815C0" w:rsidP="005815C0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姓名：　　　　</w:t>
            </w: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座號：　　　</w:t>
            </w:r>
          </w:p>
        </w:tc>
      </w:tr>
      <w:tr w:rsidR="005815C0" w:rsidRPr="00130337" w:rsidTr="005815C0">
        <w:trPr>
          <w:jc w:val="center"/>
        </w:trPr>
        <w:tc>
          <w:tcPr>
            <w:tcW w:w="7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15C0" w:rsidRPr="00130337" w:rsidRDefault="005815C0" w:rsidP="005815C0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原創聲明</w:t>
            </w:r>
            <w:proofErr w:type="spellEnd"/>
          </w:p>
        </w:tc>
        <w:tc>
          <w:tcPr>
            <w:tcW w:w="4271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15C0" w:rsidRPr="00130337" w:rsidRDefault="005815C0" w:rsidP="005815C0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本人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/</w:t>
            </w:r>
            <w:proofErr w:type="gramStart"/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>本組保證</w:t>
            </w:r>
            <w:proofErr w:type="gramEnd"/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>作品為原創，未抄襲、冒名或侵害他人權利。</w:t>
            </w:r>
          </w:p>
        </w:tc>
      </w:tr>
      <w:tr w:rsidR="005815C0" w:rsidRPr="00130337" w:rsidTr="005815C0">
        <w:trPr>
          <w:jc w:val="center"/>
        </w:trPr>
        <w:tc>
          <w:tcPr>
            <w:tcW w:w="7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15C0" w:rsidRPr="00130337" w:rsidRDefault="005815C0" w:rsidP="005815C0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確認</w:t>
            </w: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簽名</w:t>
            </w:r>
            <w:proofErr w:type="spellEnd"/>
          </w:p>
        </w:tc>
        <w:tc>
          <w:tcPr>
            <w:tcW w:w="4271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815C0" w:rsidRPr="00130337" w:rsidRDefault="005815C0" w:rsidP="005815C0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>作者簽名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(小組參賽，每人皆需簽名確認)</w:t>
            </w: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：　　　　　　　　　　　　　　　　　　　　　　　　　　　　</w:t>
            </w:r>
          </w:p>
          <w:p w:rsidR="005815C0" w:rsidRPr="00130337" w:rsidRDefault="005815C0" w:rsidP="005815C0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</w:tbl>
    <w:p w:rsidR="0069284F" w:rsidRDefault="0069284F" w:rsidP="00F05A01">
      <w:pPr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p w:rsidR="00735376" w:rsidRDefault="00735376" w:rsidP="00F05A01">
      <w:pPr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p w:rsidR="00735376" w:rsidRDefault="00735376" w:rsidP="00F05A01">
      <w:pPr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  <w:bookmarkStart w:id="0" w:name="_GoBack"/>
      <w:bookmarkEnd w:id="0"/>
    </w:p>
    <w:p w:rsidR="00735376" w:rsidRDefault="00735376" w:rsidP="00F05A01">
      <w:pPr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p w:rsidR="00735376" w:rsidRDefault="00735376" w:rsidP="00F05A01">
      <w:pPr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p w:rsidR="00735376" w:rsidRDefault="00735376" w:rsidP="00F05A01">
      <w:pPr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p w:rsidR="00735376" w:rsidRDefault="00735376" w:rsidP="00F05A01">
      <w:pPr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p w:rsidR="00735376" w:rsidRPr="00130337" w:rsidRDefault="00735376" w:rsidP="00735376">
      <w:pPr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  <w:r w:rsidRPr="00735376">
        <w:rPr>
          <w:rFonts w:ascii="標楷體" w:eastAsia="標楷體" w:hAnsi="標楷體" w:hint="eastAsia"/>
          <w:sz w:val="24"/>
          <w:szCs w:val="24"/>
          <w:bdr w:val="single" w:sz="4" w:space="0" w:color="auto"/>
          <w:lang w:eastAsia="zh-TW"/>
        </w:rPr>
        <w:t>附件</w:t>
      </w:r>
      <w:r w:rsidRPr="00130337">
        <w:rPr>
          <w:rFonts w:ascii="標楷體" w:eastAsia="標楷體" w:hAnsi="標楷體"/>
          <w:sz w:val="24"/>
          <w:szCs w:val="24"/>
          <w:lang w:eastAsia="zh-TW"/>
        </w:rPr>
        <w:t>教師節創作競賽作品資料表</w:t>
      </w:r>
    </w:p>
    <w:tbl>
      <w:tblPr>
        <w:tblStyle w:val="aff2"/>
        <w:tblW w:w="5000" w:type="pct"/>
        <w:jc w:val="center"/>
        <w:tblLook w:val="04A0" w:firstRow="1" w:lastRow="0" w:firstColumn="1" w:lastColumn="0" w:noHBand="0" w:noVBand="1"/>
      </w:tblPr>
      <w:tblGrid>
        <w:gridCol w:w="1571"/>
        <w:gridCol w:w="3203"/>
        <w:gridCol w:w="1326"/>
        <w:gridCol w:w="4678"/>
      </w:tblGrid>
      <w:tr w:rsidR="00735376" w:rsidRPr="00130337" w:rsidTr="00735376">
        <w:trPr>
          <w:jc w:val="center"/>
        </w:trPr>
        <w:tc>
          <w:tcPr>
            <w:tcW w:w="7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參賽組別</w:t>
            </w:r>
            <w:proofErr w:type="spellEnd"/>
          </w:p>
        </w:tc>
        <w:tc>
          <w:tcPr>
            <w:tcW w:w="4271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>□感恩卡設計組　□教師節海報設計組　□漫畫創作組　□</w:t>
            </w:r>
            <w:r w:rsidRPr="005815C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教師節徵文組</w:t>
            </w:r>
          </w:p>
        </w:tc>
      </w:tr>
      <w:tr w:rsidR="00735376" w:rsidRPr="00130337" w:rsidTr="00735376">
        <w:trPr>
          <w:jc w:val="center"/>
        </w:trPr>
        <w:tc>
          <w:tcPr>
            <w:tcW w:w="7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作品名稱</w:t>
            </w:r>
            <w:proofErr w:type="spellEnd"/>
          </w:p>
        </w:tc>
        <w:tc>
          <w:tcPr>
            <w:tcW w:w="148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61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班級</w:t>
            </w:r>
            <w:proofErr w:type="spellEnd"/>
          </w:p>
        </w:tc>
        <w:tc>
          <w:tcPr>
            <w:tcW w:w="217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35376" w:rsidRPr="00130337" w:rsidTr="00735376">
        <w:trPr>
          <w:jc w:val="center"/>
        </w:trPr>
        <w:tc>
          <w:tcPr>
            <w:tcW w:w="7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參賽方式</w:t>
            </w:r>
            <w:proofErr w:type="spellEnd"/>
          </w:p>
        </w:tc>
        <w:tc>
          <w:tcPr>
            <w:tcW w:w="148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>□個人　□小組</w:t>
            </w:r>
            <w:r w:rsidRPr="005815C0">
              <w:rPr>
                <w:rFonts w:ascii="標楷體" w:eastAsia="標楷體" w:hAnsi="標楷體"/>
                <w:w w:val="80"/>
                <w:sz w:val="24"/>
                <w:szCs w:val="24"/>
                <w:lang w:eastAsia="zh-TW"/>
              </w:rPr>
              <w:t>（2～4人）</w:t>
            </w:r>
          </w:p>
        </w:tc>
        <w:tc>
          <w:tcPr>
            <w:tcW w:w="61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作品尺寸</w:t>
            </w:r>
            <w:proofErr w:type="spellEnd"/>
          </w:p>
        </w:tc>
        <w:tc>
          <w:tcPr>
            <w:tcW w:w="217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>□A5卡片　□四開　□八開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　</w:t>
            </w: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A4文件</w:t>
            </w:r>
          </w:p>
        </w:tc>
      </w:tr>
      <w:tr w:rsidR="00735376" w:rsidRPr="00130337" w:rsidTr="00735376">
        <w:trPr>
          <w:jc w:val="center"/>
        </w:trPr>
        <w:tc>
          <w:tcPr>
            <w:tcW w:w="7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作者一</w:t>
            </w:r>
            <w:proofErr w:type="spellEnd"/>
          </w:p>
        </w:tc>
        <w:tc>
          <w:tcPr>
            <w:tcW w:w="148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姓名：　　　　</w:t>
            </w: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座號：　　　</w:t>
            </w:r>
          </w:p>
        </w:tc>
        <w:tc>
          <w:tcPr>
            <w:tcW w:w="61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作者二</w:t>
            </w:r>
            <w:proofErr w:type="spellEnd"/>
          </w:p>
        </w:tc>
        <w:tc>
          <w:tcPr>
            <w:tcW w:w="217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姓名：　　　　</w:t>
            </w: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座號：　　　</w:t>
            </w:r>
          </w:p>
        </w:tc>
      </w:tr>
      <w:tr w:rsidR="00735376" w:rsidRPr="00130337" w:rsidTr="00735376">
        <w:trPr>
          <w:jc w:val="center"/>
        </w:trPr>
        <w:tc>
          <w:tcPr>
            <w:tcW w:w="7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作者三</w:t>
            </w:r>
            <w:proofErr w:type="spellEnd"/>
          </w:p>
        </w:tc>
        <w:tc>
          <w:tcPr>
            <w:tcW w:w="148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姓名：　　　　</w:t>
            </w: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座號：　　　</w:t>
            </w:r>
          </w:p>
        </w:tc>
        <w:tc>
          <w:tcPr>
            <w:tcW w:w="615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作者四</w:t>
            </w:r>
            <w:proofErr w:type="spellEnd"/>
          </w:p>
        </w:tc>
        <w:tc>
          <w:tcPr>
            <w:tcW w:w="217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姓名：　　　　</w:t>
            </w: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座號：　　　</w:t>
            </w:r>
          </w:p>
        </w:tc>
      </w:tr>
      <w:tr w:rsidR="00735376" w:rsidRPr="00130337" w:rsidTr="00735376">
        <w:trPr>
          <w:jc w:val="center"/>
        </w:trPr>
        <w:tc>
          <w:tcPr>
            <w:tcW w:w="7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原創聲明</w:t>
            </w:r>
            <w:proofErr w:type="spellEnd"/>
          </w:p>
        </w:tc>
        <w:tc>
          <w:tcPr>
            <w:tcW w:w="4271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本人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/</w:t>
            </w:r>
            <w:proofErr w:type="gramStart"/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>本組保證</w:t>
            </w:r>
            <w:proofErr w:type="gramEnd"/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>作品為原創，未抄襲、冒名或侵害他人權利。</w:t>
            </w:r>
          </w:p>
        </w:tc>
      </w:tr>
      <w:tr w:rsidR="00735376" w:rsidRPr="00130337" w:rsidTr="00735376">
        <w:trPr>
          <w:jc w:val="center"/>
        </w:trPr>
        <w:tc>
          <w:tcPr>
            <w:tcW w:w="729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確認</w:t>
            </w:r>
            <w:proofErr w:type="spellStart"/>
            <w:r w:rsidRPr="00130337">
              <w:rPr>
                <w:rFonts w:ascii="標楷體" w:eastAsia="標楷體" w:hAnsi="標楷體"/>
                <w:sz w:val="24"/>
                <w:szCs w:val="24"/>
              </w:rPr>
              <w:t>簽名</w:t>
            </w:r>
            <w:proofErr w:type="spellEnd"/>
          </w:p>
        </w:tc>
        <w:tc>
          <w:tcPr>
            <w:tcW w:w="4271" w:type="pct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35376" w:rsidRPr="00130337" w:rsidRDefault="00735376" w:rsidP="00ED446F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>作者簽名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(小組參賽，每人皆需簽名確認)</w:t>
            </w:r>
            <w:r w:rsidRPr="00130337">
              <w:rPr>
                <w:rFonts w:ascii="標楷體" w:eastAsia="標楷體" w:hAnsi="標楷體"/>
                <w:sz w:val="24"/>
                <w:szCs w:val="24"/>
                <w:lang w:eastAsia="zh-TW"/>
              </w:rPr>
              <w:t xml:space="preserve">：　　　　　　　　　　　　　　　　　　　　　　　　　　　　</w:t>
            </w:r>
          </w:p>
          <w:p w:rsidR="00735376" w:rsidRPr="00130337" w:rsidRDefault="00735376" w:rsidP="00ED446F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</w:tr>
    </w:tbl>
    <w:p w:rsidR="00735376" w:rsidRPr="00130337" w:rsidRDefault="00735376" w:rsidP="00735376">
      <w:pPr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p w:rsidR="005F2744" w:rsidRDefault="005F2744" w:rsidP="00F05A01">
      <w:pPr>
        <w:snapToGrid w:val="0"/>
        <w:spacing w:after="0" w:line="240" w:lineRule="auto"/>
        <w:rPr>
          <w:rFonts w:ascii="標楷體" w:eastAsia="標楷體" w:hAnsi="標楷體"/>
          <w:sz w:val="24"/>
          <w:szCs w:val="24"/>
          <w:lang w:eastAsia="zh-TW"/>
        </w:rPr>
      </w:pPr>
    </w:p>
    <w:p w:rsidR="005F2744" w:rsidRPr="005F2744" w:rsidRDefault="005F2744" w:rsidP="005F2744">
      <w:pPr>
        <w:rPr>
          <w:rFonts w:ascii="標楷體" w:eastAsia="標楷體" w:hAnsi="標楷體"/>
          <w:sz w:val="24"/>
          <w:szCs w:val="24"/>
          <w:lang w:eastAsia="zh-TW"/>
        </w:rPr>
      </w:pPr>
    </w:p>
    <w:p w:rsidR="00735376" w:rsidRPr="005F2744" w:rsidRDefault="00735376" w:rsidP="005F2744">
      <w:pPr>
        <w:jc w:val="center"/>
        <w:rPr>
          <w:rFonts w:ascii="標楷體" w:eastAsia="標楷體" w:hAnsi="標楷體"/>
          <w:sz w:val="24"/>
          <w:szCs w:val="24"/>
          <w:lang w:eastAsia="zh-TW"/>
        </w:rPr>
      </w:pPr>
    </w:p>
    <w:sectPr w:rsidR="00735376" w:rsidRPr="005F2744" w:rsidSect="005815C0">
      <w:footerReference w:type="default" r:id="rId8"/>
      <w:pgSz w:w="12240" w:h="15840"/>
      <w:pgMar w:top="1134" w:right="851" w:bottom="851" w:left="851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DF5" w:rsidRDefault="009C5DF5">
      <w:pPr>
        <w:spacing w:after="0" w:line="240" w:lineRule="auto"/>
      </w:pPr>
      <w:r>
        <w:separator/>
      </w:r>
    </w:p>
  </w:endnote>
  <w:endnote w:type="continuationSeparator" w:id="0">
    <w:p w:rsidR="009C5DF5" w:rsidRDefault="009C5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5C0" w:rsidRDefault="005815C0">
    <w:pPr>
      <w:pStyle w:val="a7"/>
      <w:jc w:val="center"/>
    </w:pPr>
  </w:p>
  <w:p w:rsidR="009F4041" w:rsidRDefault="009F404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DF5" w:rsidRDefault="009C5DF5">
      <w:pPr>
        <w:spacing w:after="0" w:line="240" w:lineRule="auto"/>
      </w:pPr>
      <w:r>
        <w:separator/>
      </w:r>
    </w:p>
  </w:footnote>
  <w:footnote w:type="continuationSeparator" w:id="0">
    <w:p w:rsidR="009C5DF5" w:rsidRDefault="009C5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712CE7"/>
    <w:multiLevelType w:val="hybridMultilevel"/>
    <w:tmpl w:val="EFC4BC76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10" w15:restartNumberingAfterBreak="0">
    <w:nsid w:val="093910FC"/>
    <w:multiLevelType w:val="hybridMultilevel"/>
    <w:tmpl w:val="6A12B60C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0BCE1801"/>
    <w:multiLevelType w:val="hybridMultilevel"/>
    <w:tmpl w:val="40FA3F7A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133D4161"/>
    <w:multiLevelType w:val="hybridMultilevel"/>
    <w:tmpl w:val="8BFCAE76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174E4B47"/>
    <w:multiLevelType w:val="hybridMultilevel"/>
    <w:tmpl w:val="2B56CC0A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14" w15:restartNumberingAfterBreak="0">
    <w:nsid w:val="284B7A27"/>
    <w:multiLevelType w:val="hybridMultilevel"/>
    <w:tmpl w:val="DFCE9AB0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36CC7656"/>
    <w:multiLevelType w:val="hybridMultilevel"/>
    <w:tmpl w:val="055C1A2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DBE5522"/>
    <w:multiLevelType w:val="hybridMultilevel"/>
    <w:tmpl w:val="6E5ADA22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17" w15:restartNumberingAfterBreak="0">
    <w:nsid w:val="3FA433D0"/>
    <w:multiLevelType w:val="hybridMultilevel"/>
    <w:tmpl w:val="FEDCCF0A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47541675"/>
    <w:multiLevelType w:val="hybridMultilevel"/>
    <w:tmpl w:val="510481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D168BC"/>
    <w:multiLevelType w:val="hybridMultilevel"/>
    <w:tmpl w:val="9C5CFB1A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4F3F7901"/>
    <w:multiLevelType w:val="hybridMultilevel"/>
    <w:tmpl w:val="C34A83AE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71285AD9"/>
    <w:multiLevelType w:val="hybridMultilevel"/>
    <w:tmpl w:val="8BFCAE76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1"/>
  </w:num>
  <w:num w:numId="12">
    <w:abstractNumId w:val="20"/>
  </w:num>
  <w:num w:numId="13">
    <w:abstractNumId w:val="14"/>
  </w:num>
  <w:num w:numId="14">
    <w:abstractNumId w:val="12"/>
  </w:num>
  <w:num w:numId="15">
    <w:abstractNumId w:val="13"/>
  </w:num>
  <w:num w:numId="16">
    <w:abstractNumId w:val="16"/>
  </w:num>
  <w:num w:numId="17">
    <w:abstractNumId w:val="9"/>
  </w:num>
  <w:num w:numId="18">
    <w:abstractNumId w:val="18"/>
  </w:num>
  <w:num w:numId="19">
    <w:abstractNumId w:val="21"/>
  </w:num>
  <w:num w:numId="20">
    <w:abstractNumId w:val="17"/>
  </w:num>
  <w:num w:numId="21">
    <w:abstractNumId w:val="1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399D"/>
    <w:rsid w:val="00034616"/>
    <w:rsid w:val="0006063C"/>
    <w:rsid w:val="00130337"/>
    <w:rsid w:val="0015074B"/>
    <w:rsid w:val="00254D8C"/>
    <w:rsid w:val="0029639D"/>
    <w:rsid w:val="00326F90"/>
    <w:rsid w:val="00352267"/>
    <w:rsid w:val="00573433"/>
    <w:rsid w:val="005815C0"/>
    <w:rsid w:val="005F2744"/>
    <w:rsid w:val="00641332"/>
    <w:rsid w:val="0069284F"/>
    <w:rsid w:val="007115E0"/>
    <w:rsid w:val="00735376"/>
    <w:rsid w:val="008666F1"/>
    <w:rsid w:val="009277EB"/>
    <w:rsid w:val="00945BBD"/>
    <w:rsid w:val="009C5DF5"/>
    <w:rsid w:val="009F4041"/>
    <w:rsid w:val="00AA1D8D"/>
    <w:rsid w:val="00B47730"/>
    <w:rsid w:val="00CB0664"/>
    <w:rsid w:val="00D51842"/>
    <w:rsid w:val="00D71920"/>
    <w:rsid w:val="00E56BCD"/>
    <w:rsid w:val="00F05A01"/>
    <w:rsid w:val="00FC693F"/>
    <w:rsid w:val="00FE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6EAABD"/>
  <w14:defaultImageDpi w14:val="300"/>
  <w15:docId w15:val="{DFDC622C-4C31-4F5C-B86E-4DFDE175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80" w:line="300" w:lineRule="auto"/>
    </w:pPr>
    <w:rPr>
      <w:rFonts w:ascii="微軟正黑體" w:eastAsia="微軟正黑體" w:hAnsi="微軟正黑體"/>
      <w:sz w:val="23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annotation reference"/>
    <w:basedOn w:val="a2"/>
    <w:uiPriority w:val="99"/>
    <w:semiHidden/>
    <w:unhideWhenUsed/>
    <w:rsid w:val="005815C0"/>
    <w:rPr>
      <w:sz w:val="18"/>
      <w:szCs w:val="18"/>
    </w:rPr>
  </w:style>
  <w:style w:type="paragraph" w:styleId="affb">
    <w:name w:val="annotation text"/>
    <w:basedOn w:val="a1"/>
    <w:link w:val="affc"/>
    <w:uiPriority w:val="99"/>
    <w:semiHidden/>
    <w:unhideWhenUsed/>
    <w:rsid w:val="005815C0"/>
  </w:style>
  <w:style w:type="character" w:customStyle="1" w:styleId="affc">
    <w:name w:val="註解文字 字元"/>
    <w:basedOn w:val="a2"/>
    <w:link w:val="affb"/>
    <w:uiPriority w:val="99"/>
    <w:semiHidden/>
    <w:rsid w:val="005815C0"/>
    <w:rPr>
      <w:rFonts w:ascii="微軟正黑體" w:eastAsia="微軟正黑體" w:hAnsi="微軟正黑體"/>
      <w:sz w:val="23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5815C0"/>
    <w:rPr>
      <w:b/>
      <w:bCs/>
    </w:rPr>
  </w:style>
  <w:style w:type="character" w:customStyle="1" w:styleId="affe">
    <w:name w:val="註解主旨 字元"/>
    <w:basedOn w:val="affc"/>
    <w:link w:val="affd"/>
    <w:uiPriority w:val="99"/>
    <w:semiHidden/>
    <w:rsid w:val="005815C0"/>
    <w:rPr>
      <w:rFonts w:ascii="微軟正黑體" w:eastAsia="微軟正黑體" w:hAnsi="微軟正黑體"/>
      <w:b/>
      <w:bCs/>
      <w:sz w:val="23"/>
    </w:rPr>
  </w:style>
  <w:style w:type="paragraph" w:styleId="afff">
    <w:name w:val="Balloon Text"/>
    <w:basedOn w:val="a1"/>
    <w:link w:val="afff0"/>
    <w:uiPriority w:val="99"/>
    <w:semiHidden/>
    <w:unhideWhenUsed/>
    <w:rsid w:val="005815C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0">
    <w:name w:val="註解方塊文字 字元"/>
    <w:basedOn w:val="a2"/>
    <w:link w:val="afff"/>
    <w:uiPriority w:val="99"/>
    <w:semiHidden/>
    <w:rsid w:val="005815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4CEA6A-58AB-44CE-BC0F-65CCABBB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115學年度教師節系列活動實施計畫</dc:title>
  <dc:subject>教師節感恩闖關週與創作競賽</dc:subject>
  <dc:creator>學務處</dc:creator>
  <cp:keywords/>
  <dc:description>generated by python-docx</dc:description>
  <cp:lastModifiedBy>user</cp:lastModifiedBy>
  <cp:revision>11</cp:revision>
  <cp:lastPrinted>2026-07-26T07:22:00Z</cp:lastPrinted>
  <dcterms:created xsi:type="dcterms:W3CDTF">2013-12-23T23:15:00Z</dcterms:created>
  <dcterms:modified xsi:type="dcterms:W3CDTF">2026-08-07T01:35:00Z</dcterms:modified>
  <cp:category/>
</cp:coreProperties>
</file>